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 את המקום – מקומות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מקומות מוכרים בישראל לפי רמזים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מידע גיאוגרפי בסיסי על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להתאמן בחשיבה והיסק מתוך רמזים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מקומות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אילת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מצדה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אילת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ים המלח נמצא במזרח הארץ, באזור הבקעה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אילת נמצאת בקצה הדרומי של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מי הכנרת מתוקים ומשמשים לשתייה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על הר מצדה נמצא מבצר 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הכותל המערבי נמצא בירושלים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מקום לעובדה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(הנקודה הנמוכה ביותר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(עיר בדרום עם שונית אלמוגים)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(ים מים מתוקים בצפון)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(מבצר עתיק על 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(בירת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רמזים מדויקים שמתאימים למקום שנבחר, למשל: מלוח מאוד, נמוך מאוד -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עם לפחות סיבה אחת הגיונית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ים המלח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מבצר עתיק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או סמלים (אימוג׳ים) של המקומות לפני התרגול כדי לחזק את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ההתאמה בזוגות לפני המעבר לעבודה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 את המקום – מקומות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זיהוי מקומות מפורסמים בישראל, בדיוק כמו במשחק גלו את המקום. נכיר רמזים, עובדות וסמלים שמאפיינים כל מקום.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מקומות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מקום בישראל הוא הנקודה הנמוכה ביותר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 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מקום אפשר לצלול ולראות שונית אלמוגים?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ים הוא מקור למים מתוקים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ים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עיר נחשבת לבירת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מקום נמצא מבצר עתיק על הר, ליד ים המלח?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מקום נמצא הכי בדרום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טבריה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ים המלח נמצא בצפון הארץ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אילת היא העיר הכי דרומית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 הכנרת יש מלח רב ואי אפשר לשתות מהם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מצדה היא הר עם מבצר עתיק ליד ים המלח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בירושלים נמצא הכותל המערבי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הוא הים הנמוך ביותר בעולם ומימיו מלוחים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העיר __________ נמצאת בדרום ישראל וידועה בחוף ים ובשונית אלמוגים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הוא ים מים מתוקים הנמצא בצפון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על ההר __________ נמצא מבצר עתיק מתקופה היסטורית רחוקה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היא בירת ישראל, ובה נמצא הכותל המערבי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מקום לעובדה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ים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ים מים מתוקים בצפון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בירת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כנרת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הנקודה הנמוכה ביותר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מצדה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עיר בדרום עם שונית אלמוגים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מבצר עתיק על הר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מקום אחד מהדף וכתבו שני רמזים שמתאימים 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מקום בישראל שהייתם רוצים לבקר בו והסבירו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המקום הנמוך ביותר בעולם?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עיר היא הדרומית ביותר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למצוא על הר מצדה?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גלו את המקום – מקומות בישראל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