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 את המקום – 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מוכרים בישראל לפי רמזים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גיאוגרפי בסיסי על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בחשיבה והיסק מתוך רמזים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מצדה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אילת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ים המלח נמצא במזרח הארץ, באזור הבקעה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אילת נמצאת בקצה הדרומי של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 הכנרת מתוקים ומשמשים לשתייה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על הר מצדה נמצא מבצר 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הכותל המערבי נמצא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מקום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(הנקודה הנמוכה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(עיר בדרום עם שונית אלמוגים)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(ים מים מתוקים בצפון)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(מבצר עתיק על 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(בירת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 מדויקים שמתאימים למקום שנבחר, למשל: מלוח מאוד, נמוך מאוד -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עם לפחות סיבה אחת הגיונית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ים המלח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מבצר 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סמלים (אימוג׳ים) של המקומות לפני התרגול כדי לחזק את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 את המקום – 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להכיר מקומות בישראל. נקרא רמז קטן ונצטרך לנחש איזה מקום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ים המלח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ים מאוד מלוח, הנקודה הכי נמוכה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בדרום ישראל, יש בה חוף ים ושונית אלמוגים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ים מים מתוקים בצפון הארץ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עם מבצר עתיק ליד ים המלח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ירושלים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בירת ישראל, יש בה הכותל המערבי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שונית אלמוגים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בים עם אלמוגים צבעוניים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החשובה ביותר במדינה, מקום הממשלה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ים הוא הכי נמוך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אפשר לצלול ולראות דגים צבעוניים?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ים נותן מים לשתייה?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בירת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יש הר עם מבצר עתיק?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עיר הכי דרומית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ים המלח נמצא בצפון הארץ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אילת היא העיר הכי דרומית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 הכנרת יש מלח רב ואי אפשר לשתות מהם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מצדה היא הר עם מבצר עתיק ליד ים המלח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בירושלים נמצא הכותל המערבי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הים הנמוך ביותר בעולם ומימיו מלוחים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העיר __________ נמצאת בדרום ישראל וידועה בחוף ים ובשונית אלמוגים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הוא ים מים מתוקים הנמצא בצפון הארץ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על ההר __________ נמצא מבצר עתיק מתקופה היסטורית רחוקה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היא בירת ישראל, ובה נמצא הכותל המערבי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מקום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ים מים מתוקים בצפון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מבצר עתיק על 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בירת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מצדה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הנקודה הנמוכה ביותר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עיר בדרום עם שונית אלמוגים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מקום אחד מהדף וכתבו שני רמזים שמתאימים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מקום בישראל שהייתם רוצים לבקר בו והסבירו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המקום הנמוך ביותר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עיר היא הדרומית ביותר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למצוא על הר מצדה?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 את המקום – מקומות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