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מקומות מוכרים בישראל לפי רמזים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מידע גיאוגרפי בסיסי על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בחשיבה והיסק מתוך רמזים קצרים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אילת נמצאת בקצה הדרומי של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על הר מצדה נמצא מבצר עתיק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ים המלח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מקום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(הנקודה הנמוכה ביותר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(ים מים מתוקים בצפון)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(בירת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 מדויקים שמתאימים למקום שנבחר, למשל: מלוח מאוד, נמוך מאוד - ים המלח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ים המלח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מבצר 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סמלים (אימוג׳ים) של המקומות לפני התרגול כדי לחזק את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לפני המעבר לעבודה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גלו את המקום – מקומות בישראל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זיהוי מקומות מפורסמים בישראל, בדיוק כמו במשחק גלו את המקום. נכיר רמזים, עובדות וסמלים שמאפיינים כל 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ים המלח  ·  אילת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מקום בישראל הוא הנקודה הנמוכה ביותר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ים הוא מקור למים מתוקים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ים סוף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אילת היא העיר הכי דרומית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מצדה היא הר עם מבצר עתיק ליד ים המלח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הוא הים הנמוך ביותר בעולם ומימיו מלוחים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העיר __________ נמצאת בדרום ישראל וידועה בחוף ים ובשונית אלמוגים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מקום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בירת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הנקודה הנמוכה ביותר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ים מים מתוקים בצפון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מקום אחד מהדף וכתבו שני רמזים שמתאימים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המקום הנמוך ביותר בעולם?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עיר היא הדרומית ביותר בישראל?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גלו את המקום – מקומות בישראל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